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29335C"/>
          <w:sz w:val="44"/>
        </w:rPr>
        <w:t>YOUR FULL NAME</w:t>
      </w:r>
    </w:p>
    <w:p>
      <w:pPr>
        <w:jc w:val="center"/>
      </w:pPr>
      <w:r>
        <w:t>City, State  |  +91 98XXX XXXXX  |  yourname@email.com  |  linkedin.com/in/yourname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CAREER OBJECTIVE</w:t>
      </w:r>
    </w:p>
    <w:p>
      <w:r>
        <w:t>Recent B.Com graduate with strong Excel and Tally skills, looking for an entry-level accounts executive role where I can support day-to-day bookkeeping and GST work while growing into a finance professional. (Rewrite this in 2–3 lines for the exact job you are applying to.)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EDUCATION</w:t>
      </w:r>
    </w:p>
    <w:p>
      <w:pPr>
        <w:spacing w:after="20"/>
      </w:pPr>
      <w:r>
        <w:rPr>
          <w:b/>
        </w:rPr>
        <w:t>B.Com (Hons.) — College Name, University Name</w:t>
      </w:r>
      <w:r>
        <w:t xml:space="preserve"> | 2023 – 2026 | CGPA 8.1/10</w:t>
      </w:r>
    </w:p>
    <w:p>
      <w:pPr>
        <w:spacing w:after="20"/>
      </w:pPr>
      <w:r>
        <w:rPr>
          <w:b/>
        </w:rPr>
        <w:t>Class XII (Commerce) — School Name, Board</w:t>
      </w:r>
      <w:r>
        <w:t xml:space="preserve"> | 2023 | 86%</w:t>
      </w:r>
    </w:p>
    <w:p>
      <w:pPr>
        <w:spacing w:after="20"/>
      </w:pPr>
      <w:r>
        <w:rPr>
          <w:b/>
        </w:rPr>
        <w:t>Class X — School Name, Board</w:t>
      </w:r>
      <w:r>
        <w:t xml:space="preserve"> | 2021 | 89%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SKILLS</w:t>
      </w:r>
    </w:p>
    <w:p>
      <w:pPr>
        <w:spacing w:after="20"/>
      </w:pPr>
      <w:r>
        <w:rPr>
          <w:b/>
        </w:rPr>
        <w:t xml:space="preserve">Technical: </w:t>
      </w:r>
      <w:r>
        <w:t>MS Excel (VLOOKUP, Pivot Tables, charts), Tally Prime, GST basics, MS Word, Google Sheets</w:t>
      </w:r>
    </w:p>
    <w:p>
      <w:pPr>
        <w:spacing w:after="20"/>
      </w:pPr>
      <w:r>
        <w:rPr>
          <w:b/>
        </w:rPr>
        <w:t xml:space="preserve">Soft skills: </w:t>
      </w:r>
      <w:r>
        <w:t>Clear communication (English &amp; Hindi), teamwork, attention to detail, time management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INTERNSHIP / PROJECTS</w:t>
      </w:r>
    </w:p>
    <w:p>
      <w:pPr>
        <w:spacing w:after="20"/>
      </w:pPr>
      <w:r>
        <w:rPr>
          <w:b/>
        </w:rPr>
        <w:t>Accounts Intern — Company Name, City</w:t>
      </w:r>
      <w:r>
        <w:t xml:space="preserve"> | Jun 2025 – Aug 2025</w:t>
      </w:r>
    </w:p>
    <w:p>
      <w:pPr>
        <w:pStyle w:val="ListBullet"/>
        <w:spacing w:after="20"/>
      </w:pPr>
      <w:r>
        <w:t>Recorded 300+ purchase and sales vouchers in Tally with zero reconciliation errors.</w:t>
      </w:r>
    </w:p>
    <w:p>
      <w:pPr>
        <w:pStyle w:val="ListBullet"/>
        <w:spacing w:after="20"/>
      </w:pPr>
      <w:r>
        <w:t>Prepared a monthly expense tracker in Excel that cut report preparation time from 2 days to 3 hours.</w:t>
      </w:r>
    </w:p>
    <w:p>
      <w:pPr>
        <w:spacing w:after="20"/>
      </w:pPr>
      <w:r>
        <w:rPr>
          <w:b/>
        </w:rPr>
        <w:t xml:space="preserve">Final-year project: </w:t>
      </w:r>
      <w:r>
        <w:t>"Impact of UPI on small retailers in [City]" — surveyed 60 shop owners and presented findings with charts.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CERTIFICATIONS</w:t>
      </w:r>
    </w:p>
    <w:p>
      <w:pPr>
        <w:pStyle w:val="ListBullet"/>
        <w:spacing w:after="20"/>
      </w:pPr>
      <w:r>
        <w:t>Certificate name — Issuing organisation (Year)</w:t>
      </w:r>
    </w:p>
    <w:p>
      <w:pPr>
        <w:pStyle w:val="ListBullet"/>
        <w:spacing w:after="20"/>
      </w:pPr>
      <w:r>
        <w:t>Certificate name — Issuing organisation (Year)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ACHIEVEMENTS &amp; ACTIVITIES</w:t>
      </w:r>
    </w:p>
    <w:p>
      <w:pPr>
        <w:pStyle w:val="ListBullet"/>
        <w:spacing w:after="20"/>
      </w:pPr>
      <w:r>
        <w:t>Secretary, college Commerce Society — organised a 2-day finance quiz with 150+ participants.</w:t>
      </w:r>
    </w:p>
    <w:p>
      <w:pPr>
        <w:pStyle w:val="ListBullet"/>
        <w:spacing w:after="20"/>
      </w:pPr>
      <w:r>
        <w:t>Volunteer, NSS — 120 hours of community service.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LANGUAGES</w:t>
      </w:r>
    </w:p>
    <w:p>
      <w:r>
        <w:t>English (fluent), Hindi (native)</w:t>
      </w:r>
    </w:p>
    <w:p>
      <w:pPr>
        <w:spacing w:before="200" w:after="60"/>
        <w:pBdr>
          <w:bottom w:val="single" w:sz="8" w:space="1" w:color="29335C"/>
        </w:pBdr>
      </w:pPr>
      <w:r>
        <w:rPr>
          <w:b/>
          <w:color w:val="29335C"/>
          <w:sz w:val="23"/>
        </w:rPr>
        <w:t>DECLARATION</w:t>
      </w:r>
    </w:p>
    <w:p>
      <w:r>
        <w:t>I hereby declare that the information given above is true to the best of my knowledge.</w:t>
        <w:br/>
        <w:br/>
        <w:t>Place: ____________          Date: ____________          (Your Name)</w:t>
      </w:r>
    </w:p>
    <w:p>
      <w:r>
        <w:rPr>
          <w:i/>
          <w:color w:val="888888"/>
          <w:sz w:val="16"/>
        </w:rPr>
        <w:t>Free resume template from byteskrafted.in — delete this line before sending.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